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פירמידות קריאה ותנועות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סדר קבוצות התנועות בפירמידות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שיטת הקריאה בפירמידה - דיוק לפני 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תנועות במילים מהפירמידות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קמץ ופתח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דיוק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חוזרת על הקודמת ומוסיפה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תנועה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(בָּא)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(עֵץ)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(שִׁיר)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(שָׁלוֹם)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(בְּרֵכָה)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הצבע עוזר לזהות את התנועה בקלות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קוראים כל שורה כמה פעמים עד שמגיעים לשטף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ככה כתוב בתיאור הפירמידות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הן מופיעות יחד בפירמידות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מהפירמידה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רָעֵב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יָפָה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קָּטָן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דּוּב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קבוצות התנועות לפי הסדר בפירמידות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קמץ ופתח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צירה וסגול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שורוק וקובוץ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מילה שיש בה תנועת חיריק, למשל: הילד קרא 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 מילים נכונות עם אותה תנועה שנבחרה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קמץ ופתח, ואחר כך צירה וסגול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דיוק לפני 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נכונה עם אוֹ, כמו שלום או דוב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כל פירמידה בקול יחד לפני העבודה העצמית, כדי לתרגל את הצליל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להזכיר שהצבעים בפירמידות עוזרים לזהות את קבוצת התנועה במהירות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בזיהוי התנועות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פירמידות קריאה ותנועות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פירמידות. כל שורה דומה לשורה הקודמת, רק מוסיפים מילה. קוראים לאט ובדיוק, ואחר כך מהר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פירמידת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שורות שכל אחת מוסיפה מילה לשורה שלפניה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שטף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חלקה ומהירה אחרי תרגול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קמץ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אָ, כמו במילה בָּא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חיריק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אִ, כמו במילה שִׁיר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אוֹ, כמו במילה שָׁלוֹם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קצרה, כמו במילה שְׁמֵשׁ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תנועה באה 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קמץ ופתח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תנועה שומעים במילה דֹּב?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הכי חשוב בקריאה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בשורה החדשה?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חוזרת על הקודמת ומוסיפה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שונה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קצרה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תנועות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תנועה באה לפני הפירמידות המסכמות?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קמץ ופתח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תנועה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קמץ ופתח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עֵץ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צירה וסגול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שִׁיר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חיריק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בְּרֵכָה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בָּא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שָׁלוֹם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קבוצת תנועות יש צבע קבוע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בפירמידה קוראים כל שורה פעם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הפירמידה מחכה משפט חדש לתלמידים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שורוק וקובוץ נלמדים כקבוצת תנועות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מהפירמידה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כֶּלֶב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קֶשֶׁת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הַפִּיל הַ__________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דּוּבִּי הַ__________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קבוצות התנועות לפי הסדר בפירמידות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שורוק וקובוץ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קמץ ופתח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צירה וסגול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חיריק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מילה שיש בה תנועת חיריק, כמו במילים שיר או תיק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קבוצת תנועות אחת וכתבו שלוש מילים נוספות עם אותה תנועה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שתי קבוצות תנועות לומדים ראשונות בפירמידות?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יותר כשקוראים פירמידה בפעם הראשונה - דיוק או מהירות?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עם תנועת חולם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פירמידות קריאה ותנועות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